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600" w:after="160"/>
        <w:jc w:val="center"/>
      </w:pPr>
      <w:r>
        <w:rPr>
          <w:rFonts w:ascii="Calibri" w:hAnsi="Calibri" w:eastAsia="Microsoft YaHei"/>
          <w:b/>
          <w:color w:val="C41230"/>
          <w:sz w:val="56"/>
        </w:rPr>
        <w:t>IELTS Speaking Part 1</w:t>
      </w:r>
    </w:p>
    <w:p>
      <w:pPr>
        <w:spacing w:after="360"/>
        <w:jc w:val="center"/>
      </w:pPr>
      <w:r>
        <w:rPr>
          <w:b/>
          <w:color w:val="373737"/>
          <w:sz w:val="32"/>
        </w:rPr>
        <w:t>题库笔记 Handout · 2026年5-8月</w:t>
      </w:r>
    </w:p>
    <w:p>
      <w:pPr>
        <w:spacing w:after="560"/>
        <w:jc w:val="center"/>
      </w:pPr>
      <w:r>
        <w:rPr>
          <w:color w:val="646464"/>
          <w:sz w:val="22"/>
        </w:rPr>
        <w:t>Part 1 only · 38 个话题 · 219 道题</w:t>
      </w:r>
    </w:p>
    <w:tbl>
      <w:tblPr>
        <w:tblW w:type="dxa" w:w="720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  <w:insideH w:val="single" w:sz="4" w:space="0" w:color="DADADA"/>
          <w:insideV w:val="single" w:sz="4" w:space="0" w:color="DADADA"/>
        </w:tblBorders>
      </w:tblPr>
      <w:tblGrid>
        <w:gridCol w:w="7200"/>
      </w:tblGrid>
      <w:tr>
        <w:tc>
          <w:tcPr>
            <w:tcW w:type="dxa" w:w="7200"/>
            <w:vAlign w:val="center"/>
            <w:shd w:fill="F7F7F7"/>
          </w:tcPr>
          <w:p>
            <w:pPr>
              <w:spacing w:before="80" w:after="80"/>
              <w:jc w:val="center"/>
            </w:pPr>
            <w:r>
              <w:rPr>
                <w:b/>
                <w:color w:val="3C3C3C"/>
                <w:sz w:val="22"/>
              </w:rPr>
              <w:t>1  给原因（主体 + 客体） / 做评价：给原因</w:t>
            </w:r>
          </w:p>
        </w:tc>
      </w:tr>
      <w:tr>
        <w:tc>
          <w:tcPr>
            <w:tcW w:type="dxa" w:w="7200"/>
            <w:vAlign w:val="center"/>
          </w:tcPr>
          <w:p>
            <w:pPr>
              <w:spacing w:before="80" w:after="80"/>
              <w:jc w:val="center"/>
            </w:pPr>
            <w:r>
              <w:rPr>
                <w:b/>
                <w:color w:val="3C3C3C"/>
                <w:sz w:val="22"/>
              </w:rPr>
              <w:t>2  做对比：现在 vs 过去 / A vs B / 喜欢 vs 不喜欢</w:t>
            </w:r>
          </w:p>
        </w:tc>
      </w:tr>
      <w:tr>
        <w:tc>
          <w:tcPr>
            <w:tcW w:type="dxa" w:w="7200"/>
            <w:vAlign w:val="center"/>
          </w:tcPr>
          <w:p>
            <w:pPr>
              <w:spacing w:before="80" w:after="80"/>
              <w:jc w:val="center"/>
            </w:pPr>
            <w:r>
              <w:rPr>
                <w:b/>
                <w:color w:val="3C3C3C"/>
                <w:sz w:val="22"/>
              </w:rPr>
              <w:t>3  给细节：when · where · what · who · why · how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目录 / Topic List</w:t>
      </w:r>
    </w:p>
    <w:p>
      <w:pPr>
        <w:spacing w:after="160"/>
        <w:jc w:val="center"/>
      </w:pPr>
      <w:r>
        <w:rPr>
          <w:color w:val="646464"/>
          <w:sz w:val="18"/>
        </w:rPr>
        <w:t>按原题库顺序整理。课堂上从任意话题开始练都可以。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E2E2E2"/>
          <w:left w:val="single" w:sz="3" w:space="0" w:color="E2E2E2"/>
          <w:bottom w:val="single" w:sz="3" w:space="0" w:color="E2E2E2"/>
          <w:right w:val="single" w:sz="3" w:space="0" w:color="E2E2E2"/>
          <w:insideH w:val="single" w:sz="3" w:space="0" w:color="E2E2E2"/>
          <w:insideV w:val="single" w:sz="3" w:space="0" w:color="E2E2E2"/>
        </w:tblBorders>
      </w:tblPr>
      <w:tblGrid>
        <w:gridCol w:w="3900"/>
        <w:gridCol w:w="780"/>
        <w:gridCol w:w="3900"/>
        <w:gridCol w:w="780"/>
      </w:tblGrid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01. Public gardens and parks(new)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p.3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02. Cars(new)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p.3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03. Shopping(new)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p.3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04. Watch(new)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p.3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05. Websites(new)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p.4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06. Tidiness(new)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p.4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07. Teachers(new)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p.4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08. Social media(new)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p.5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09. Music(new)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p.5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10. Science(new)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p.5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11. Mirrors(new)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p.5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12. Outer space and stars(new)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p.6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13. Singing(new)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p.6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14. Clothing(new)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p.6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15. Jokes &amp; Comedies(new)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p.7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16. Headphones(new)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p.7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17. Food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p.7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18. Pets and animals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p.7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19. Sports team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p.8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20. Walking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p.8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21. Reading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p.8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22. Gifts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p.8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23. Morning time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p.9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24. Hobby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p.9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25. Typing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p.9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26. Scenery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p.9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27. Building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p.10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28. Childhood activities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p.10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29. Views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p.10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30. Life stages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p.10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31. Crowded place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p.11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32. Spare time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p.11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33. Memory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p.11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34. Study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p.11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35. The area you live in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p.12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36. The city you live in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p.13</w:t>
            </w:r>
          </w:p>
        </w:tc>
      </w:tr>
      <w:tr>
        <w:trPr>
          <w:cantSplit/>
        </w:trPr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37. Hometown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p.13</w:t>
            </w:r>
          </w:p>
        </w:tc>
        <w:tc>
          <w:tcPr>
            <w:tcW w:type="dxa" w:w="3900"/>
            <w:vAlign w:val="center"/>
          </w:tcPr>
          <w:p>
            <w:pPr>
              <w:spacing w:before="60" w:after="60"/>
            </w:pPr>
            <w:r>
              <w:rPr>
                <w:color w:val="282828"/>
                <w:sz w:val="18"/>
              </w:rPr>
              <w:t>38. Accommodation</w:t>
            </w:r>
          </w:p>
        </w:tc>
        <w:tc>
          <w:tcPr>
            <w:tcW w:type="dxa" w:w="780"/>
            <w:vAlign w:val="center"/>
          </w:tcPr>
          <w:p>
            <w:pPr>
              <w:spacing w:before="60" w:after="60"/>
              <w:jc w:val="right"/>
            </w:pPr>
            <w:r>
              <w:rPr>
                <w:color w:val="555555"/>
                <w:sz w:val="18"/>
              </w:rPr>
              <w:t>p.14</w:t>
            </w:r>
          </w:p>
        </w:tc>
      </w:tr>
    </w:tbl>
    <w:p>
      <w:r>
        <w:br w:type="page"/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  <w:insideH w:val="single" w:sz="4" w:space="0" w:color="DADADA"/>
          <w:insideV w:val="single" w:sz="4" w:space="0" w:color="DADADA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01  Public gardens and parks(new)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Did you like going to parks as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still like going to parks now?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Would you like to see more parks in your city?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Are there any parks you want to go to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Would you prefer to play in a personal garden or public garden?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How are the parks today different from those you visited as a kid?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What do you like to do when visiting a park?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8. </w:t>
            </w:r>
            <w:r>
              <w:rPr>
                <w:color w:val="232323"/>
                <w:sz w:val="20"/>
              </w:rPr>
              <w:t>Would you like to play in a public garden or park?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02  Cars(new)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Did you enjoy traveling by car when you were a kid?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types of cars do you like?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prefer to be a driver or a passenger?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What do you usually do when there is a traffic jam?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think car colours are important?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Will you buy an expensive car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03  Shopping(new)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shopping?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How often do you go shopping?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prefer online shopping or in-store shopping?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Have you ever returned anything you bought online?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04  Watch(new)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wear a watch?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Have you ever got a watch as a gift?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Why do some people wear expensive watches?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think it is important to wear a watch?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05  Websites(new)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 kinds of websites do you often visit?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is your favourite website?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Are there any changes to the websites you often visit?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What kinds of websites are popular in your country?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prefer getting information from websites or books?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Would you like to have your own website?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What have you learned from websites that help with your life or studies?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06  Tidiness(new)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to keep things tidy?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Did you use to keep your room tidy as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How do you keep your work or study space tidy?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think that it is necessary to be tidy?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07  Teachers(new)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have a favorite teacher?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want to be a teacher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have a teacher from your past that you still remember?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Are you still in touch with your primary school teachers?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In what way has your favourite teacher helped you?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Do you like your primary school teachers more than your high school teachers?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08  Social media(new)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Have you ever posted anything on social media?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When did you start using social media?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think you spend too much time on social media?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your friends use social media?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What do people often do on social media?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09  Music(new)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prefer sad or happy music?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Does happy music make you feel more excited?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Have you taken any music classes?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listen to music while doing other things?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10  Science(new)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science?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When did you start to learn about science?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Which science subject is interesting to you?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What kinds of interesting things have you done with science?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like watching science TV programs?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Do Chinese people often visit science museums?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11  Mirrors(new)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looking at yourself in the mirror? How often?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Have you ever bought mirrors?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usually take a mirror with you?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Would you use mirrors to decorate your room?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12  Outer space and stars(new)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Have you ever learnt about outer space and stars?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like science fiction movies?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want to know more about outer space?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want to go into outer space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13  Singing(new)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singing?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Have you ever learnt how to sing?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Who do you want to sing for?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think singing can bring happiness to people?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like listening to others singing?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Have you ever taken a singing class?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14  Clothing(new)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 kind of clothes do you like to wear?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prefer to wear comfortable and casual clothes or smart clothes?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wearing T-shirts?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spend a lot of time choosing clothes?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wear clothes of different styles on weekdays and weekends?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What colour clothes do you like?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15  Jokes &amp; Comedies(new)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Are you good at telling jokes?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your friends like to tell jokes?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to watch comedies?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Have you ever watched a live show?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Are comedy shows popular in your country?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16  Headphones(new)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use headphones?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type of headphones do you use?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When would you use headphones?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In what conditions would you not use headphones?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Is wearing headphones comfortable?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17  Food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 is your favourite food?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kind of food did you like when you were young?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eat different foods at different times of the year?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Has your favourite food changed since you were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18  Pets and animals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What's your favourite animal?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Where do you prefer to keep your pet, indoors or outdoors?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Have you ever had a pet before?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What is the most popular animal in China?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19  Sports team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Have you ever been part of a sports team?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Are team sports popular in your culture?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to watch team games?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What are the differences between team sports and individual sports?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20  Walking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walk a lot?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Did you often go outside to have a walk when you were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Why do people like to walk in parks?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Where would you like to take a long walk if you had the chance?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Where did you go for a walk lately?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21  Reading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reading?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prefer to read on paper or on a screen?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When do you need to read carefully, and when not?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prefer scanning or detailed reading?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22  Gifts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Have you ever sent handmade gifts to others?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Have you ever received a great gift?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What do you consider when choosing a gift?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think you are good at choosing gifts?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What gift have you received recently?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23  Morning time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getting up early in the morning?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do you usually do in the morning?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What did you do in the morning when you were little?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Are there any differences between what you do in the morning now and what you did in the past?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spend your mornings doing the same things on both weekends and weekdays?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24  Hobby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have any hobbies?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Did you have any hobbies when you were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have a hobby that you've had since childhood?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have the same hobbies as your family members?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25  Typing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prefer typing or handwriting?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type on a desktop or laptop keyboard every day?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When did you learn how to type on a keyboard?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How do you improve your typing?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26  Scenery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look out the window at the scenery when travelling by bus or car?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prefer the mountains or the sea?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to take scenery pictures?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What are the most beautiful sights you have seen while travelling?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27  Building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Are there tall buildings near your home?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take photos of buildings?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Is there a building that you would like to visit?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you want to live in a tall building?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28  Childhood activities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 are your favorite activities?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were your favourite activities when you were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Did you prefer to do activities alone or with a group of people when you were a child?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Are there any differences between the activities you liked when you were a child and those you like now?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29  Views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like taking pictures of different views?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prefer views in urban areas or rural areas?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prefer views in your own country or in other countries?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Have you seen an unforgettable and beautiful view or scenery?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30  Life stages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 did you often do with your friends in your childhood?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do you think is the most important at the moment?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have any plans for the next five years?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How do people remember each stage of their lives?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enjoy being the age you are now?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At what age do you think people are the happiest?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31  Crowded place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Is the city where you live crowded?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Is there a crowded place near where you live?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crowded places?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Do most people like crowded places?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When was the last time you were in a crowded place?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32  Spare time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often have free time?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do you usually do in your spare time?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Which day do you have more free time on, Saturday or Sunday?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Would you like to have more free time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33  Memory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Are you good at memorising things?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Have you ever forgotten something important?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What do you need to remember in your daily life?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How do you remember important things?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34  Study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work or are you a student?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subject are you studying?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your subject?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Why did you choose that subject?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think that your subject is popular in your country?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Do you have any plans for your studies in the next five years?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What would you like to do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8. </w:t>
            </w:r>
            <w:r>
              <w:rPr>
                <w:color w:val="232323"/>
                <w:sz w:val="20"/>
              </w:rPr>
              <w:t>What are the most popular subjects in China?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9. </w:t>
            </w:r>
            <w:r>
              <w:rPr>
                <w:color w:val="232323"/>
                <w:sz w:val="20"/>
              </w:rPr>
              <w:t>Do you think it's important to choose a subject you like?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10. </w:t>
            </w:r>
            <w:r>
              <w:rPr>
                <w:color w:val="232323"/>
                <w:sz w:val="20"/>
              </w:rPr>
              <w:t>Are you looking forward to working?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11. </w:t>
            </w:r>
            <w:r>
              <w:rPr>
                <w:color w:val="232323"/>
                <w:sz w:val="20"/>
              </w:rPr>
              <w:t>Do you like your subject? (Why? / Why not?)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12. </w:t>
            </w:r>
            <w:r>
              <w:rPr>
                <w:color w:val="232323"/>
                <w:sz w:val="20"/>
              </w:rPr>
              <w:t>Do you prefer to study in the mornings or in the afternoons?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13. </w:t>
            </w:r>
            <w:r>
              <w:rPr>
                <w:color w:val="232323"/>
                <w:sz w:val="20"/>
              </w:rPr>
              <w:t>Is your subject interesting to you?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14. </w:t>
            </w:r>
            <w:r>
              <w:rPr>
                <w:color w:val="232323"/>
                <w:sz w:val="20"/>
              </w:rPr>
              <w:t>Is there any kind of technology you can use in study?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35  The area you live in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live in a noisy or a quiet area?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Are the people in your neighborhood nice and friendly?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the area that you live in?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Where do you like to go in that area?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Do you know any famous people in your area?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What are some changes in the area recently?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Do you know any of your neighbours?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36  The city you live in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What city do you live in?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Do you like this city? why?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How long have you lived in this city?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Are there big changes in this city?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Is this city your permanent residence?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Would you recommend your city to others?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What’s the weather like where you live?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8. </w:t>
            </w:r>
            <w:r>
              <w:rPr>
                <w:color w:val="232323"/>
                <w:sz w:val="20"/>
              </w:rPr>
              <w:t>Are there people of different ages living in this city?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9. </w:t>
            </w:r>
            <w:r>
              <w:rPr>
                <w:color w:val="232323"/>
                <w:sz w:val="20"/>
              </w:rPr>
              <w:t>Are the people friendly in the city?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10. </w:t>
            </w:r>
            <w:r>
              <w:rPr>
                <w:color w:val="232323"/>
                <w:sz w:val="20"/>
              </w:rPr>
              <w:t>Is the city friendly to children and old people?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11. </w:t>
            </w:r>
            <w:r>
              <w:rPr>
                <w:color w:val="232323"/>
                <w:sz w:val="20"/>
              </w:rPr>
              <w:t>Do you often see your neighbors?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37  Hometown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Where is your hometown?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Is that a big city or a small place?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Do you like your hometown?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Has your hometown changed much these years?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What do you like most about your hometown?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Is there anything you dislike about it?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How long have you been living here?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8. </w:t>
            </w:r>
            <w:r>
              <w:rPr>
                <w:color w:val="232323"/>
                <w:sz w:val="20"/>
              </w:rPr>
              <w:t>Do you like living there?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9. </w:t>
            </w:r>
            <w:r>
              <w:rPr>
                <w:color w:val="232323"/>
                <w:sz w:val="20"/>
              </w:rPr>
              <w:t>Do you think you will continue living there for a long time?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10. </w:t>
            </w:r>
            <w:r>
              <w:rPr>
                <w:color w:val="232323"/>
                <w:sz w:val="20"/>
              </w:rPr>
              <w:t>What’s your hometown famous for?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11. </w:t>
            </w:r>
            <w:r>
              <w:rPr>
                <w:color w:val="232323"/>
                <w:sz w:val="20"/>
              </w:rPr>
              <w:t>Did you learn about the history of your hometown at school?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12. </w:t>
            </w:r>
            <w:r>
              <w:rPr>
                <w:color w:val="232323"/>
                <w:sz w:val="20"/>
              </w:rPr>
              <w:t>Are there many young people in your hometown?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13. </w:t>
            </w:r>
            <w:r>
              <w:rPr>
                <w:color w:val="232323"/>
                <w:sz w:val="20"/>
              </w:rPr>
              <w:t>Is your hometown a good place for young people to pursue their careers?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14. </w:t>
            </w:r>
            <w:r>
              <w:rPr>
                <w:color w:val="232323"/>
                <w:sz w:val="20"/>
              </w:rPr>
              <w:t>Have you learned anything about the history of your hometown?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15. </w:t>
            </w:r>
            <w:r>
              <w:rPr>
                <w:color w:val="232323"/>
                <w:sz w:val="20"/>
              </w:rPr>
              <w:t>Did you learn about the culture of your hometown in your childhood?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</w:tcPr>
        </w:tc>
      </w:tr>
      <w:tr>
        <w:trPr>
          <w:cantSplit/>
        </w:trPr>
        <w:tc>
          <w:tcPr>
            <w:tcW w:type="dxa" w:w="9360"/>
            <w:gridSpan w:val="2"/>
            <w:shd w:fill="F2F2F2"/>
            <w:vAlign w:val="center"/>
          </w:tcPr>
          <w:p>
            <w:pPr>
              <w:spacing w:before="20" w:after="20"/>
            </w:pPr>
            <w:r>
              <w:rPr>
                <w:b/>
                <w:color w:val="222222"/>
                <w:sz w:val="21"/>
              </w:rPr>
              <w:t>38  Accommodation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1. </w:t>
            </w:r>
            <w:r>
              <w:rPr>
                <w:color w:val="232323"/>
                <w:sz w:val="20"/>
              </w:rPr>
              <w:t>Do you live in a house or a flat?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2. </w:t>
            </w:r>
            <w:r>
              <w:rPr>
                <w:color w:val="232323"/>
                <w:sz w:val="20"/>
              </w:rPr>
              <w:t>What part of your home do you like the most?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3. </w:t>
            </w:r>
            <w:r>
              <w:rPr>
                <w:color w:val="232323"/>
                <w:sz w:val="20"/>
              </w:rPr>
              <w:t>What kind of house or apartment do you want to live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4. </w:t>
            </w:r>
            <w:r>
              <w:rPr>
                <w:color w:val="232323"/>
                <w:sz w:val="20"/>
              </w:rPr>
              <w:t>Which room does your family spend most of the time in?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5. </w:t>
            </w:r>
            <w:r>
              <w:rPr>
                <w:color w:val="232323"/>
                <w:sz w:val="20"/>
              </w:rPr>
              <w:t>What do you usually do in your house/flat/room?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6. </w:t>
            </w:r>
            <w:r>
              <w:rPr>
                <w:color w:val="232323"/>
                <w:sz w:val="20"/>
              </w:rPr>
              <w:t>Do you plan to live here for a long time?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7. </w:t>
            </w:r>
            <w:r>
              <w:rPr>
                <w:color w:val="232323"/>
                <w:sz w:val="20"/>
              </w:rPr>
              <w:t>Do you live alone or with your family?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8. </w:t>
            </w:r>
            <w:r>
              <w:rPr>
                <w:color w:val="232323"/>
                <w:sz w:val="20"/>
              </w:rPr>
              <w:t>How long have you lived there?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9. </w:t>
            </w:r>
            <w:r>
              <w:rPr>
                <w:color w:val="232323"/>
                <w:sz w:val="20"/>
              </w:rPr>
              <w:t>Do you prefer living in a house or an apartment?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10. </w:t>
            </w:r>
            <w:r>
              <w:rPr>
                <w:color w:val="232323"/>
                <w:sz w:val="20"/>
              </w:rPr>
              <w:t>What's the difference between where you are living now and where you lived in the past? (If you want to say you have not lived elsewhere)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11. </w:t>
            </w:r>
            <w:r>
              <w:rPr>
                <w:color w:val="232323"/>
                <w:sz w:val="20"/>
              </w:rPr>
              <w:t>Are the transport facilities to your home very good?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12. </w:t>
            </w:r>
            <w:r>
              <w:rPr>
                <w:color w:val="232323"/>
                <w:sz w:val="20"/>
              </w:rPr>
              <w:t>What’s your favorite room in your apartment or house?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13. </w:t>
            </w:r>
            <w:r>
              <w:rPr>
                <w:color w:val="232323"/>
                <w:sz w:val="20"/>
              </w:rPr>
              <w:t>What can you see when you look out the window of your room?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  <w:tc>
          <w:tcPr>
            <w:tcW w:type="dxa" w:w="4680"/>
            <w:vAlign w:val="top"/>
          </w:tcPr>
          <w:p>
            <w:pPr>
              <w:spacing w:before="20" w:after="60" w:line="259" w:lineRule="auto"/>
            </w:pPr>
            <w:r>
              <w:rPr>
                <w:b/>
                <w:color w:val="646464"/>
                <w:sz w:val="20"/>
              </w:rPr>
              <w:t xml:space="preserve">14. </w:t>
            </w:r>
            <w:r>
              <w:rPr>
                <w:color w:val="232323"/>
                <w:sz w:val="20"/>
              </w:rPr>
              <w:t>Would you be willing to live in the countryside in the future?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  <w:p>
            <w:pPr>
              <w:spacing w:before="20" w:after="20" w:line="269" w:lineRule="auto"/>
            </w:pPr>
            <w:r>
              <w:rPr>
                <w:color w:val="878787"/>
                <w:sz w:val="20"/>
              </w:rP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5" w:right="822" w:bottom="737" w:left="82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646464"/>
        <w:sz w:val="16"/>
      </w:rPr>
      <w:t xml:space="preserve">北雅国际教育 · Tracy    </w:t>
    </w:r>
    <w:r>
      <w:rPr>
        <w:color w:val="646464"/>
        <w:sz w:val="16"/>
      </w:rPr>
      <w:fldChar w:fldCharType="begin"/>
      <w:instrText xml:space="preserve">PAGE</w:instrText>
      <w:fldChar w:fldCharType="end"/>
    </w:r>
    <w:r>
      <w:rPr>
        <w:color w:val="646464"/>
        <w:sz w:val="16"/>
      </w:rPr>
      <w:t xml:space="preserve"> / </w:t>
    </w:r>
    <w:r>
      <w:rPr>
        <w:color w:val="646464"/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center"/>
    </w:pPr>
    <w:r>
      <w:rPr>
        <w:rFonts w:ascii="Calibri" w:hAnsi="Calibri" w:eastAsia="Microsoft YaHei"/>
        <w:color w:val="696969"/>
        <w:sz w:val="16"/>
      </w:rPr>
      <w:t>Part 1 思路提示：1 给原因（主体+客体）/ 做评价：给原因    2 对比    3 给细节：when · where · what · who · why · how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Microsoft YaHei"/>
      <w:color w:val="1E1E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C4123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2222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